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Aptos Display" w:hAnsi="Aptos Display"/>
          <w:b/>
          <w:color w:val="5B1028"/>
          <w:sz w:val="18"/>
        </w:rPr>
        <w:t>S E R Y N I X</w:t>
      </w:r>
      <w:r>
        <w:rPr>
          <w:rFonts w:ascii="Aptos" w:hAnsi="Aptos"/>
          <w:color w:val="786D70"/>
          <w:sz w:val="15"/>
        </w:rPr>
        <w:t xml:space="preserve">   /   FREE EDITABLE TEMPLATE</w:t>
      </w:r>
    </w:p>
    <w:p>
      <w:pPr>
        <w:spacing w:before="20" w:after="40"/>
      </w:pPr>
      <w:r>
        <w:rPr>
          <w:rFonts w:ascii="Georgia" w:hAnsi="Georgia"/>
          <w:b/>
          <w:color w:val="3F0B1C"/>
          <w:sz w:val="50"/>
        </w:rPr>
        <w:t>FREELANCE INVOICE</w:t>
      </w:r>
    </w:p>
    <w:p>
      <w:pPr>
        <w:spacing w:after="140" w:before="0"/>
        <w:pBdr>
          <w:bottom w:val="single" w:sz="12" w:space="1" w:color="B28A58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4"/>
        <w:gridCol w:w="3374"/>
        <w:gridCol w:w="3374"/>
      </w:tblGrid>
      <w:tr>
        <w:tc>
          <w:tcPr>
            <w:tcW w:type="dxa" w:w="3355"/>
            <w:shd w:fill="F7F0EA"/>
            <w:tcMar>
              <w:top w:w="90" w:type="dxa"/>
              <w:start w:w="125" w:type="dxa"/>
              <w:bottom w:w="90" w:type="dxa"/>
              <w:end w:w="125" w:type="dxa"/>
            </w:tcMar>
            <w:vAlign w:val="center"/>
            <w:tcBorders>
              <w:bottom w:val="single" w:sz="5" w:color="E6D8D1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B28A58"/>
                <w:sz w:val="14"/>
              </w:rPr>
              <w:t>INVOICE NUMBER</w:t>
            </w:r>
          </w:p>
          <w:p>
            <w:pPr>
              <w:spacing w:after="0" w:before="0"/>
            </w:pPr>
            <w:r>
              <w:rPr>
                <w:rFonts w:ascii="Aptos" w:hAnsi="Aptos"/>
                <w:color w:val="30252A"/>
                <w:sz w:val="18"/>
              </w:rPr>
              <w:t>[INV-001]</w:t>
            </w:r>
          </w:p>
        </w:tc>
        <w:tc>
          <w:tcPr>
            <w:tcW w:type="dxa" w:w="3355"/>
            <w:shd w:fill="F7F0EA"/>
            <w:tcMar>
              <w:top w:w="90" w:type="dxa"/>
              <w:start w:w="125" w:type="dxa"/>
              <w:bottom w:w="90" w:type="dxa"/>
              <w:end w:w="125" w:type="dxa"/>
            </w:tcMar>
            <w:vAlign w:val="center"/>
            <w:tcBorders>
              <w:bottom w:val="single" w:sz="5" w:color="E6D8D1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B28A58"/>
                <w:sz w:val="14"/>
              </w:rPr>
              <w:t>INVOICE DATE</w:t>
            </w:r>
          </w:p>
          <w:p>
            <w:pPr>
              <w:spacing w:after="0" w:before="0"/>
            </w:pPr>
            <w:r>
              <w:rPr>
                <w:rFonts w:ascii="Aptos" w:hAnsi="Aptos"/>
                <w:color w:val="30252A"/>
                <w:sz w:val="18"/>
              </w:rPr>
              <w:t>[DD MMM YYYY]</w:t>
            </w:r>
          </w:p>
        </w:tc>
        <w:tc>
          <w:tcPr>
            <w:tcW w:type="dxa" w:w="3355"/>
            <w:shd w:fill="F7F0EA"/>
            <w:tcMar>
              <w:top w:w="90" w:type="dxa"/>
              <w:start w:w="125" w:type="dxa"/>
              <w:bottom w:w="90" w:type="dxa"/>
              <w:end w:w="125" w:type="dxa"/>
            </w:tcMar>
            <w:vAlign w:val="center"/>
            <w:tcBorders>
              <w:bottom w:val="single" w:sz="5" w:color="E6D8D1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B28A58"/>
                <w:sz w:val="14"/>
              </w:rPr>
              <w:t>PAYMENT DUE</w:t>
            </w:r>
          </w:p>
          <w:p>
            <w:pPr>
              <w:spacing w:after="0" w:before="0"/>
            </w:pPr>
            <w:r>
              <w:rPr>
                <w:rFonts w:ascii="Aptos" w:hAnsi="Aptos"/>
                <w:color w:val="30252A"/>
                <w:sz w:val="18"/>
              </w:rPr>
              <w:t>[DD MMM YYYY]</w:t>
            </w:r>
          </w:p>
        </w:tc>
      </w:tr>
    </w:tbl>
    <w:p>
      <w:pPr>
        <w:spacing w:before="0" w:after="4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5033"/>
            <w:tcMar>
              <w:top w:w="100" w:type="dxa"/>
              <w:start w:w="130" w:type="dxa"/>
              <w:bottom w:w="105" w:type="dxa"/>
              <w:end w:w="130" w:type="dxa"/>
            </w:tcMar>
            <w:tcBorders>
              <w:bottom w:val="single" w:sz="5" w:color="E6D8D1"/>
            </w:tcBorders>
            <w:shd w:fill="FCFAF8"/>
          </w:tcPr>
          <w:p>
            <w:pPr>
              <w:spacing w:after="80"/>
            </w:pPr>
            <w:r/>
            <w:r>
              <w:rPr>
                <w:rFonts w:ascii="Aptos" w:hAnsi="Aptos"/>
                <w:b/>
                <w:color w:val="5B1028"/>
                <w:sz w:val="16"/>
              </w:rPr>
              <w:t>FROM</w:t>
            </w:r>
          </w:p>
          <w:p>
            <w:pPr>
              <w:spacing w:after="20" w:before="0"/>
            </w:pPr>
            <w:r>
              <w:rPr>
                <w:rFonts w:ascii="Aptos" w:hAnsi="Aptos"/>
                <w:color w:val="786D70"/>
                <w:sz w:val="17"/>
              </w:rPr>
              <w:t>[Your name or business name]</w:t>
            </w:r>
          </w:p>
          <w:p>
            <w:pPr>
              <w:spacing w:after="20" w:before="0"/>
            </w:pPr>
            <w:r>
              <w:rPr>
                <w:rFonts w:ascii="Aptos" w:hAnsi="Aptos"/>
                <w:color w:val="786D70"/>
                <w:sz w:val="17"/>
              </w:rPr>
              <w:t>[Email address]</w:t>
            </w:r>
          </w:p>
          <w:p>
            <w:pPr>
              <w:spacing w:after="20" w:before="0"/>
            </w:pPr>
            <w:r>
              <w:rPr>
                <w:rFonts w:ascii="Aptos" w:hAnsi="Aptos"/>
                <w:color w:val="786D70"/>
                <w:sz w:val="17"/>
              </w:rPr>
              <w:t>[Business address]</w:t>
            </w:r>
          </w:p>
          <w:p>
            <w:pPr>
              <w:spacing w:after="20" w:before="0"/>
            </w:pPr>
            <w:r>
              <w:rPr>
                <w:rFonts w:ascii="Aptos" w:hAnsi="Aptos"/>
                <w:color w:val="786D70"/>
                <w:sz w:val="17"/>
              </w:rPr>
              <w:t>[Phone / website - optional]</w:t>
            </w:r>
          </w:p>
        </w:tc>
        <w:tc>
          <w:tcPr>
            <w:tcW w:type="dxa" w:w="5033"/>
            <w:tcMar>
              <w:top w:w="100" w:type="dxa"/>
              <w:start w:w="130" w:type="dxa"/>
              <w:bottom w:w="105" w:type="dxa"/>
              <w:end w:w="130" w:type="dxa"/>
            </w:tcMar>
            <w:tcBorders>
              <w:bottom w:val="single" w:sz="5" w:color="E6D8D1"/>
            </w:tcBorders>
            <w:shd w:fill="FCFAF8"/>
          </w:tcPr>
          <w:p>
            <w:pPr>
              <w:spacing w:after="80"/>
            </w:pPr>
            <w:r/>
            <w:r>
              <w:rPr>
                <w:rFonts w:ascii="Aptos" w:hAnsi="Aptos"/>
                <w:b/>
                <w:color w:val="5B1028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rFonts w:ascii="Aptos" w:hAnsi="Aptos"/>
                <w:color w:val="786D70"/>
                <w:sz w:val="17"/>
              </w:rPr>
              <w:t>[Client or company name]</w:t>
            </w:r>
          </w:p>
          <w:p>
            <w:pPr>
              <w:spacing w:after="20" w:before="0"/>
            </w:pPr>
            <w:r>
              <w:rPr>
                <w:rFonts w:ascii="Aptos" w:hAnsi="Aptos"/>
                <w:color w:val="786D70"/>
                <w:sz w:val="17"/>
              </w:rPr>
              <w:t>[Client email address]</w:t>
            </w:r>
          </w:p>
          <w:p>
            <w:pPr>
              <w:spacing w:after="20" w:before="0"/>
            </w:pPr>
            <w:r>
              <w:rPr>
                <w:rFonts w:ascii="Aptos" w:hAnsi="Aptos"/>
                <w:color w:val="786D70"/>
                <w:sz w:val="17"/>
              </w:rPr>
              <w:t>[Client billing address]</w:t>
            </w:r>
          </w:p>
          <w:p>
            <w:pPr>
              <w:spacing w:after="20" w:before="0"/>
            </w:pPr>
            <w:r>
              <w:rPr>
                <w:rFonts w:ascii="Aptos" w:hAnsi="Aptos"/>
                <w:color w:val="786D70"/>
                <w:sz w:val="17"/>
              </w:rPr>
              <w:t>[Purchase order number - if required]</w:t>
            </w:r>
          </w:p>
        </w:tc>
      </w:tr>
    </w:tbl>
    <w:p>
      <w:pPr>
        <w:spacing w:before="0" w:after="40" w:line="240" w:lineRule="auto"/>
      </w:pPr>
    </w:p>
    <w:p>
      <w:pPr>
        <w:spacing w:before="0" w:after="80" w:line="240" w:lineRule="auto"/>
      </w:pPr>
      <w:r>
        <w:rPr>
          <w:rFonts w:ascii="Aptos" w:hAnsi="Aptos"/>
          <w:b/>
          <w:i w:val="0"/>
          <w:color w:val="5B1028"/>
          <w:sz w:val="16"/>
        </w:rPr>
        <w:t>SERVICES PROVIDED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rPr>
          <w:tblHeader w:val="true"/>
        </w:trPr>
        <w:tc>
          <w:tcPr>
            <w:tcW w:type="dxa" w:w="4723"/>
            <w:shd w:fill="5B1028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DESCRIPTION</w:t>
            </w:r>
          </w:p>
        </w:tc>
        <w:tc>
          <w:tcPr>
            <w:tcW w:type="dxa" w:w="1224"/>
            <w:shd w:fill="5B1028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QTY / HOURS</w:t>
            </w:r>
          </w:p>
        </w:tc>
        <w:tc>
          <w:tcPr>
            <w:tcW w:type="dxa" w:w="1656"/>
            <w:shd w:fill="5B1028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RATE</w:t>
            </w:r>
          </w:p>
        </w:tc>
        <w:tc>
          <w:tcPr>
            <w:tcW w:type="dxa" w:w="2462"/>
            <w:shd w:fill="5B1028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2531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[Describe the service or deliverable]</w:t>
            </w:r>
          </w:p>
        </w:tc>
        <w:tc>
          <w:tcPr>
            <w:tcW w:type="dxa" w:w="2531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[1]</w:t>
            </w:r>
          </w:p>
        </w:tc>
        <w:tc>
          <w:tcPr>
            <w:tcW w:type="dxa" w:w="2531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[0.00]</w:t>
            </w:r>
          </w:p>
        </w:tc>
        <w:tc>
          <w:tcPr>
            <w:tcW w:type="dxa" w:w="2531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[0.00]</w:t>
            </w:r>
          </w:p>
        </w:tc>
      </w:tr>
      <w:tr>
        <w:tc>
          <w:tcPr>
            <w:tcW w:type="dxa" w:w="2531"/>
            <w:shd w:fill="FCFAF8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[Describe the service or deliverable]</w:t>
            </w:r>
          </w:p>
        </w:tc>
        <w:tc>
          <w:tcPr>
            <w:tcW w:type="dxa" w:w="2531"/>
            <w:shd w:fill="FCFAF8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[1]</w:t>
            </w:r>
          </w:p>
        </w:tc>
        <w:tc>
          <w:tcPr>
            <w:tcW w:type="dxa" w:w="2531"/>
            <w:shd w:fill="FCFAF8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[0.00]</w:t>
            </w:r>
          </w:p>
        </w:tc>
        <w:tc>
          <w:tcPr>
            <w:tcW w:type="dxa" w:w="2531"/>
            <w:shd w:fill="FCFAF8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[0.00]</w:t>
            </w:r>
          </w:p>
        </w:tc>
      </w:tr>
      <w:tr>
        <w:tc>
          <w:tcPr>
            <w:tcW w:type="dxa" w:w="2531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[Describe the service or deliverable]</w:t>
            </w:r>
          </w:p>
        </w:tc>
        <w:tc>
          <w:tcPr>
            <w:tcW w:type="dxa" w:w="2531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[1]</w:t>
            </w:r>
          </w:p>
        </w:tc>
        <w:tc>
          <w:tcPr>
            <w:tcW w:type="dxa" w:w="2531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[0.00]</w:t>
            </w:r>
          </w:p>
        </w:tc>
        <w:tc>
          <w:tcPr>
            <w:tcW w:type="dxa" w:w="2531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[0.00]</w:t>
            </w:r>
          </w:p>
        </w:tc>
      </w:tr>
      <w:tr>
        <w:tc>
          <w:tcPr>
            <w:tcW w:type="dxa" w:w="2531"/>
            <w:shd w:fill="FCFAF8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[Describe the service or deliverable]</w:t>
            </w:r>
          </w:p>
        </w:tc>
        <w:tc>
          <w:tcPr>
            <w:tcW w:type="dxa" w:w="2531"/>
            <w:shd w:fill="FCFAF8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[1]</w:t>
            </w:r>
          </w:p>
        </w:tc>
        <w:tc>
          <w:tcPr>
            <w:tcW w:type="dxa" w:w="2531"/>
            <w:shd w:fill="FCFAF8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[0.00]</w:t>
            </w:r>
          </w:p>
        </w:tc>
        <w:tc>
          <w:tcPr>
            <w:tcW w:type="dxa" w:w="2531"/>
            <w:shd w:fill="FCFAF8"/>
            <w:vAlign w:val="center"/>
            <w:tcMar>
              <w:top w:w="115" w:type="dxa"/>
              <w:start w:w="110" w:type="dxa"/>
              <w:bottom w:w="115" w:type="dxa"/>
              <w:end w:w="110" w:type="dxa"/>
            </w:tcMar>
            <w:tcBorders>
              <w:bottom w:val="single" w:sz="4" w:color="E6D8D1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i w:val="0"/>
                <w:color w:val="786D70"/>
                <w:sz w:val="16"/>
              </w:rPr>
              <w:t>[0.00]</w:t>
            </w:r>
          </w:p>
        </w:tc>
      </w:tr>
    </w:tbl>
    <w:p>
      <w:pPr>
        <w:spacing w:before="0" w:after="2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6120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spacing w:after="60"/>
            </w:pPr>
            <w:r/>
            <w:r>
              <w:rPr>
                <w:rFonts w:ascii="Aptos" w:hAnsi="Aptos"/>
                <w:b/>
                <w:color w:val="5B1028"/>
                <w:sz w:val="15"/>
              </w:rPr>
              <w:t>PAYMENT DETAILS</w:t>
            </w:r>
          </w:p>
          <w:p>
            <w:pPr>
              <w:spacing w:after="20"/>
            </w:pPr>
            <w:r>
              <w:rPr>
                <w:rFonts w:ascii="Aptos" w:hAnsi="Aptos"/>
                <w:color w:val="786D70"/>
                <w:sz w:val="16"/>
              </w:rPr>
              <w:t>Payment method: [Bank transfer / PayPal / other]</w:t>
            </w:r>
          </w:p>
          <w:p>
            <w:pPr>
              <w:spacing w:after="20"/>
            </w:pPr>
            <w:r>
              <w:rPr>
                <w:rFonts w:ascii="Aptos" w:hAnsi="Aptos"/>
                <w:color w:val="786D70"/>
                <w:sz w:val="16"/>
              </w:rPr>
              <w:t>Account or payment details: [Add details]</w:t>
            </w:r>
          </w:p>
          <w:p>
            <w:pPr>
              <w:spacing w:after="20"/>
            </w:pPr>
            <w:r>
              <w:rPr>
                <w:rFonts w:ascii="Aptos" w:hAnsi="Aptos"/>
                <w:color w:val="786D70"/>
                <w:sz w:val="16"/>
              </w:rPr>
              <w:t>Payment reference: [Use invoice number]</w:t>
            </w:r>
          </w:p>
        </w:tc>
        <w:tc>
          <w:tcPr>
            <w:tcW w:type="dxa" w:w="3946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spacing w:after="60" w:before="0"/>
              <w:jc w:val="right"/>
            </w:pPr>
            <w:r/>
            <w:r>
              <w:rPr>
                <w:rFonts w:ascii="Aptos" w:hAnsi="Aptos"/>
                <w:b w:val="0"/>
                <w:color w:val="30252A"/>
                <w:sz w:val="17"/>
              </w:rPr>
              <w:t>Subtotal     [0.00]</w:t>
            </w:r>
          </w:p>
          <w:p>
            <w:pPr>
              <w:spacing w:after="60" w:before="0"/>
              <w:jc w:val="right"/>
            </w:pPr>
            <w:r>
              <w:rPr>
                <w:rFonts w:ascii="Aptos" w:hAnsi="Aptos"/>
                <w:b w:val="0"/>
                <w:color w:val="30252A"/>
                <w:sz w:val="17"/>
              </w:rPr>
              <w:t>Tax (if applicable)     [0.00]</w:t>
            </w:r>
          </w:p>
          <w:p>
            <w:pPr>
              <w:spacing w:after="60" w:before="0"/>
              <w:jc w:val="right"/>
              <w:pBdr>
                <w:top w:val="single" w:sz="7" w:space="4" w:color="B28A58"/>
              </w:pBdr>
            </w:pPr>
            <w:r>
              <w:rPr>
                <w:rFonts w:ascii="Aptos" w:hAnsi="Aptos"/>
                <w:b/>
                <w:color w:val="5B1028"/>
                <w:sz w:val="20"/>
              </w:rPr>
              <w:t>TOTAL DUE     [0.00]</w:t>
            </w:r>
          </w:p>
        </w:tc>
      </w:tr>
    </w:tbl>
    <w:p>
      <w:pPr>
        <w:spacing w:before="0" w:after="2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10123"/>
            <w:shd w:fill="F7F0EA"/>
            <w:tcMar>
              <w:top w:w="110" w:type="dxa"/>
              <w:start w:w="145" w:type="dxa"/>
              <w:bottom w:w="100" w:type="dxa"/>
              <w:end w:w="145" w:type="dxa"/>
            </w:tcMar>
            <w:tcBorders>
              <w:left w:val="single" w:sz="18" w:color="B28A58"/>
            </w:tcBorders>
          </w:tcPr>
          <w:p>
            <w:pPr>
              <w:spacing w:after="60"/>
            </w:pPr>
            <w:r/>
            <w:r>
              <w:rPr>
                <w:rFonts w:ascii="Aptos" w:hAnsi="Aptos"/>
                <w:b/>
                <w:color w:val="5B1028"/>
                <w:sz w:val="15"/>
              </w:rPr>
              <w:t>PAYMENT TERMS</w:t>
            </w:r>
          </w:p>
          <w:p>
            <w:pPr>
              <w:spacing w:after="40"/>
            </w:pPr>
            <w:r>
              <w:rPr>
                <w:rFonts w:ascii="Aptos" w:hAnsi="Aptos"/>
                <w:color w:val="30252A"/>
                <w:sz w:val="17"/>
              </w:rPr>
              <w:t>Payment is due within [14] days of the invoice date, by [DD MMM YYYY].</w:t>
            </w:r>
          </w:p>
          <w:p>
            <w:pPr>
              <w:spacing w:after="0"/>
            </w:pPr>
            <w:r>
              <w:rPr>
                <w:rFonts w:ascii="Aptos" w:hAnsi="Aptos"/>
                <w:i/>
                <w:color w:val="786D70"/>
                <w:sz w:val="15"/>
              </w:rPr>
              <w:t>Late-payment terms (if agreed and legally permitted): [Add the agreed wording, or delete this line].</w:t>
            </w:r>
          </w:p>
        </w:tc>
      </w:tr>
    </w:tbl>
    <w:p>
      <w:pPr>
        <w:spacing w:before="0" w:after="20" w:line="240" w:lineRule="auto"/>
      </w:pPr>
    </w:p>
    <w:p>
      <w:pPr>
        <w:spacing w:after="20" w:before="0"/>
      </w:pPr>
      <w:r>
        <w:rPr>
          <w:rFonts w:ascii="Aptos" w:hAnsi="Aptos"/>
          <w:b/>
          <w:color w:val="5B1028"/>
          <w:sz w:val="15"/>
        </w:rPr>
        <w:t xml:space="preserve">NOTES  </w:t>
      </w:r>
      <w:r>
        <w:rPr>
          <w:rFonts w:ascii="Aptos" w:hAnsi="Aptos"/>
          <w:color w:val="786D70"/>
          <w:sz w:val="16"/>
        </w:rPr>
        <w:t>[Add a short project note, delivery reference, or thank-you message.]</w:t>
      </w:r>
    </w:p>
    <w:p>
      <w:pPr>
        <w:spacing w:before="60" w:after="80" w:line="240" w:lineRule="auto"/>
        <w:jc w:val="center"/>
      </w:pPr>
      <w:r>
        <w:rPr>
          <w:rFonts w:ascii="Aptos" w:hAnsi="Aptos"/>
          <w:b/>
          <w:i w:val="0"/>
          <w:color w:val="5B1028"/>
          <w:sz w:val="18"/>
        </w:rPr>
        <w:t>Thank you for your business.</w:t>
      </w:r>
    </w:p>
    <w:p>
      <w:pPr>
        <w:spacing w:before="0" w:after="0"/>
        <w:jc w:val="center"/>
      </w:pPr>
      <w:r>
        <w:rPr>
          <w:rFonts w:ascii="Aptos" w:hAnsi="Aptos"/>
          <w:color w:val="786D70"/>
          <w:sz w:val="13"/>
        </w:rPr>
        <w:t>TEMPLATE TIP: Replace all bracketed text, confirm the agreed terms, and remove any fields that do not apply before sending.</w:t>
      </w:r>
    </w:p>
    <w:sectPr w:rsidR="00FC693F" w:rsidRPr="0006063C" w:rsidSect="00034616">
      <w:footerReference w:type="default" r:id="rId9"/>
      <w:pgSz w:w="11909" w:h="16834"/>
      <w:pgMar w:top="691" w:right="893" w:bottom="691" w:left="893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ptos" w:hAnsi="Aptos"/>
        <w:color w:val="B28A58"/>
        <w:sz w:val="13"/>
      </w:rPr>
      <w:t>SERYNIX  •  PRACTICAL GUIDES AND FREE ONLINE TOOLS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0252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Freelance Invoice Template | Serynix</dc:title>
  <dc:subject>Editable freelance invoice template with payment terms</dc:subject>
  <dc:creator>Serynix Editorial Team</dc:creator>
  <cp:keywords>freelance invoice template, invoice payment terms, editable Word template</cp:keywords>
  <dc:description>Replace bracketed placeholders and confirm payment terms before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